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Laptop Backpacks for Women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4320"/>
        <w:gridCol w:w="4320"/>
      </w:tblGrid>
      <w:tr>
        <w:tc>
          <w:tcPr>
            <w:tcW w:type="dxa" w:w="4320"/>
          </w:tcPr>
          <w:p>
            <w:r>
              <w:drawing>
                <wp:inline xmlns:a="http://schemas.openxmlformats.org/drawingml/2006/main" xmlns:pic="http://schemas.openxmlformats.org/drawingml/2006/picture">
                  <wp:extent cx="1828800" cy="1828800"/>
                  <wp:docPr id="1" name="Picture 1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0" name="1.jpg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28800" cy="1828800"/>
                          </a:xfrm>
                          <a:prstGeom prst="rect"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type="dxa" w:w="4320"/>
          </w:tcPr>
          <w:p>
            <w:r>
              <w:t>Laptop Backpack Image 1</w:t>
            </w:r>
          </w:p>
        </w:tc>
      </w:tr>
      <w:tr>
        <w:tc>
          <w:tcPr>
            <w:tcW w:type="dxa" w:w="4320"/>
          </w:tcPr>
          <w:p>
            <w:r>
              <w:drawing>
                <wp:inline xmlns:a="http://schemas.openxmlformats.org/drawingml/2006/main" xmlns:pic="http://schemas.openxmlformats.org/drawingml/2006/picture">
                  <wp:extent cx="1828800" cy="1828800"/>
                  <wp:docPr id="2" name="Picture 2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0" name="2.jpg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28800" cy="1828800"/>
                          </a:xfrm>
                          <a:prstGeom prst="rect"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type="dxa" w:w="4320"/>
          </w:tcPr>
          <w:p>
            <w:r>
              <w:t>Laptop Backpack Image 2</w:t>
            </w:r>
          </w:p>
        </w:tc>
      </w:tr>
      <w:tr>
        <w:tc>
          <w:tcPr>
            <w:tcW w:type="dxa" w:w="4320"/>
          </w:tcPr>
          <w:p>
            <w:r>
              <w:drawing>
                <wp:inline xmlns:a="http://schemas.openxmlformats.org/drawingml/2006/main" xmlns:pic="http://schemas.openxmlformats.org/drawingml/2006/picture">
                  <wp:extent cx="1828800" cy="1828800"/>
                  <wp:docPr id="3" name="Picture 3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0" name="3.jpg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28800" cy="1828800"/>
                          </a:xfrm>
                          <a:prstGeom prst="rect"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type="dxa" w:w="4320"/>
          </w:tcPr>
          <w:p>
            <w:r>
              <w:t>Laptop Backpack Image 3</w:t>
            </w:r>
          </w:p>
        </w:tc>
      </w:tr>
      <w:tr>
        <w:tc>
          <w:tcPr>
            <w:tcW w:type="dxa" w:w="4320"/>
          </w:tcPr>
          <w:p>
            <w:r>
              <w:drawing>
                <wp:inline xmlns:a="http://schemas.openxmlformats.org/drawingml/2006/main" xmlns:pic="http://schemas.openxmlformats.org/drawingml/2006/picture">
                  <wp:extent cx="1828800" cy="1828800"/>
                  <wp:docPr id="4" name="Picture 4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0" name="4.jpg"/>
                          <pic:cNvPicPr/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28800" cy="1828800"/>
                          </a:xfrm>
                          <a:prstGeom prst="rect"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type="dxa" w:w="4320"/>
          </w:tcPr>
          <w:p>
            <w:r>
              <w:t>Laptop Backpack Image 4</w:t>
            </w:r>
          </w:p>
        </w:tc>
      </w:tr>
      <w:tr>
        <w:tc>
          <w:tcPr>
            <w:tcW w:type="dxa" w:w="4320"/>
          </w:tcPr>
          <w:p>
            <w:r>
              <w:drawing>
                <wp:inline xmlns:a="http://schemas.openxmlformats.org/drawingml/2006/main" xmlns:pic="http://schemas.openxmlformats.org/drawingml/2006/picture">
                  <wp:extent cx="1828800" cy="1828800"/>
                  <wp:docPr id="5" name="Picture 5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0" name="5.jpg"/>
                          <pic:cNvPicPr/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28800" cy="1828800"/>
                          </a:xfrm>
                          <a:prstGeom prst="rect"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type="dxa" w:w="4320"/>
          </w:tcPr>
          <w:p>
            <w:r>
              <w:t>Laptop Backpack Image 5</w:t>
            </w:r>
          </w:p>
        </w:tc>
      </w:tr>
      <w:tr>
        <w:tc>
          <w:tcPr>
            <w:tcW w:type="dxa" w:w="4320"/>
          </w:tcPr>
          <w:p>
            <w:r>
              <w:drawing>
                <wp:inline xmlns:a="http://schemas.openxmlformats.org/drawingml/2006/main" xmlns:pic="http://schemas.openxmlformats.org/drawingml/2006/picture">
                  <wp:extent cx="1828800" cy="1828800"/>
                  <wp:docPr id="6" name="Picture 6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0" name="6.jpg"/>
                          <pic:cNvPicPr/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28800" cy="1828800"/>
                          </a:xfrm>
                          <a:prstGeom prst="rect"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type="dxa" w:w="4320"/>
          </w:tcPr>
          <w:p>
            <w:r>
              <w:t>Laptop Backpack Image 6</w:t>
            </w:r>
          </w:p>
        </w:tc>
      </w:tr>
      <w:tr>
        <w:tc>
          <w:tcPr>
            <w:tcW w:type="dxa" w:w="4320"/>
          </w:tcPr>
          <w:p>
            <w:r>
              <w:drawing>
                <wp:inline xmlns:a="http://schemas.openxmlformats.org/drawingml/2006/main" xmlns:pic="http://schemas.openxmlformats.org/drawingml/2006/picture">
                  <wp:extent cx="1828800" cy="1828800"/>
                  <wp:docPr id="7" name="Picture 7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0" name="7.jpg"/>
                          <pic:cNvPicPr/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28800" cy="1828800"/>
                          </a:xfrm>
                          <a:prstGeom prst="rect"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type="dxa" w:w="4320"/>
          </w:tcPr>
          <w:p>
            <w:r>
              <w:t>Laptop Backpack Image 7</w:t>
            </w:r>
          </w:p>
        </w:tc>
      </w:tr>
      <w:tr>
        <w:tc>
          <w:tcPr>
            <w:tcW w:type="dxa" w:w="4320"/>
          </w:tcPr>
          <w:p>
            <w:r>
              <w:drawing>
                <wp:inline xmlns:a="http://schemas.openxmlformats.org/drawingml/2006/main" xmlns:pic="http://schemas.openxmlformats.org/drawingml/2006/picture">
                  <wp:extent cx="1828800" cy="1828800"/>
                  <wp:docPr id="8" name="Picture 8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0" name="8.jpg"/>
                          <pic:cNvPicPr/>
                        </pic:nvPicPr>
                        <pic:blipFill>
                          <a:blip r:embed="rId1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28800" cy="1828800"/>
                          </a:xfrm>
                          <a:prstGeom prst="rect"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type="dxa" w:w="4320"/>
          </w:tcPr>
          <w:p>
            <w:r>
              <w:t>Laptop Backpack Image 8</w:t>
            </w:r>
          </w:p>
        </w:tc>
      </w:tr>
    </w:tbl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jpg"/><Relationship Id="rId10" Type="http://schemas.openxmlformats.org/officeDocument/2006/relationships/image" Target="media/image2.jpg"/><Relationship Id="rId11" Type="http://schemas.openxmlformats.org/officeDocument/2006/relationships/image" Target="media/image3.jpg"/><Relationship Id="rId12" Type="http://schemas.openxmlformats.org/officeDocument/2006/relationships/image" Target="media/image4.jpg"/><Relationship Id="rId13" Type="http://schemas.openxmlformats.org/officeDocument/2006/relationships/image" Target="media/image5.jpg"/><Relationship Id="rId14" Type="http://schemas.openxmlformats.org/officeDocument/2006/relationships/image" Target="media/image6.jpg"/><Relationship Id="rId15" Type="http://schemas.openxmlformats.org/officeDocument/2006/relationships/image" Target="media/image7.jpg"/><Relationship Id="rId16" Type="http://schemas.openxmlformats.org/officeDocument/2006/relationships/image" Target="media/image8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