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tblLook w:firstColumn="1" w:firstRow="1" w:lastColumn="0" w:lastRow="0" w:noHBand="0" w:noVBand="1" w:val="04A0"/>
      </w:tblPr>
      <w:tblGrid>
        <w:gridCol w:w="1728"/>
        <w:gridCol w:w="1728"/>
        <w:gridCol w:w="1728"/>
        <w:gridCol w:w="1728"/>
        <w:gridCol w:w="1728"/>
      </w:tblGrid>
      <w:tr>
        <w:tc>
          <w:tcPr>
            <w:tcW w:type="dxa" w:w="1728"/>
          </w:tcPr>
          <w:p>
            <w:r>
              <w:t>Image 1</w:t>
            </w:r>
          </w:p>
        </w:tc>
        <w:tc>
          <w:tcPr>
            <w:tcW w:type="dxa" w:w="1728"/>
          </w:tcPr>
          <w:p>
            <w:r>
              <w:t>Image 2</w:t>
            </w:r>
          </w:p>
        </w:tc>
        <w:tc>
          <w:tcPr>
            <w:tcW w:type="dxa" w:w="1728"/>
          </w:tcPr>
          <w:p>
            <w:r>
              <w:t>Image 3</w:t>
            </w:r>
          </w:p>
        </w:tc>
        <w:tc>
          <w:tcPr>
            <w:tcW w:type="dxa" w:w="1728"/>
          </w:tcPr>
          <w:p>
            <w:r>
              <w:t>Image 4</w:t>
            </w:r>
          </w:p>
        </w:tc>
        <w:tc>
          <w:tcPr>
            <w:tcW w:type="dxa" w:w="1728"/>
          </w:tcPr>
          <w:p>
            <w:r>
              <w:t>Image 5</w:t>
            </w:r>
          </w:p>
        </w:tc>
      </w:tr>
      <w:tr>
        <w:tc>
          <w:tcPr>
            <w:tcW w:type="dxa" w:w="1728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3716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28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3716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28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3716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28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3716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28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3716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