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Pouch Collection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Image</w:t>
            </w:r>
          </w:p>
        </w:tc>
        <w:tc>
          <w:tcPr>
            <w:tcW w:type="dxa" w:w="4320"/>
          </w:tcPr>
          <w:p>
            <w:r>
              <w:t>Description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713429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mall Ⅰ-Pink-1 pcs-0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134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A soft and elegant pink pouch with a stylish zipper.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713429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mall Ⅰ-Pink-1 pcs-0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134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Perfect for carrying your daily essentials in a compact form.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713429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mall Ⅰ-Pink-1 pcs-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134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Compact, fashionable, and ideal for travel or daily use.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713429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mall Ⅰ-Pink-1 pcs-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134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Perfect size for keeping your makeup items organized.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713429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mall Ⅰ-Pink-1 pcs-0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134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Multi-functional, great as a cosmetic bag or toiletry bag.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371600" cy="1713429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mall Ⅰ-Pink-1 pcs-0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134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Designed with a soft touch and water-resistant fabric for daily reliability.</w:t>
            </w:r>
          </w:p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