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Travel Duffel Bags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743200" cy="27432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 120L-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t>Image 1</w:t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743200" cy="274320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 120L-0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t>Image 2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743200" cy="274320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 120L-0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t>Image 3</w:t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743200" cy="274320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 120L-0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t>Image 4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743200" cy="274320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 120L-0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t>Image 5</w:t>
            </w:r>
          </w:p>
        </w:tc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743200" cy="274320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 120L-0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t>Image 6</w:t>
            </w:r>
          </w:p>
        </w:tc>
      </w:tr>
      <w:tr>
        <w:tc>
          <w:tcPr>
            <w:tcW w:type="dxa" w:w="4320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743200" cy="274320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lack 120L-0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t>Image 7</w:t>
            </w:r>
          </w:p>
        </w:tc>
        <w:tc>
          <w:tcPr>
            <w:tcW w:type="dxa" w:w="4320"/>
          </w:tcPr>
          <w:p/>
        </w:tc>
      </w:tr>
    </w:tbl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